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049AF" w14:textId="77777777" w:rsidR="00F17832" w:rsidRDefault="00000000">
      <w:pPr>
        <w:jc w:val="center"/>
      </w:pPr>
      <w:r>
        <w:rPr>
          <w:b/>
        </w:rPr>
        <w:t>FORMATO DE CONSENTIMIENTO INFORMADO PARA REPORTE DE CASO CLÍNICO</w:t>
      </w:r>
    </w:p>
    <w:p w14:paraId="00141497" w14:textId="77777777" w:rsidR="00F17832" w:rsidRDefault="00000000" w:rsidP="0004747B">
      <w:pPr>
        <w:spacing w:after="0"/>
        <w:jc w:val="both"/>
      </w:pPr>
      <w:r>
        <w:t xml:space="preserve">Por medio del </w:t>
      </w:r>
      <w:proofErr w:type="spellStart"/>
      <w:r>
        <w:t>presente</w:t>
      </w:r>
      <w:proofErr w:type="spellEnd"/>
      <w:r>
        <w:t xml:space="preserve"> documento, yo, </w:t>
      </w:r>
      <w:r>
        <w:rPr>
          <w:b/>
        </w:rPr>
        <w:t>[NOMBRE Y APELLIDOS DEL PACIENTE]</w:t>
      </w:r>
      <w:r>
        <w:t xml:space="preserve">, con documento de identidad N° </w:t>
      </w:r>
      <w:r>
        <w:rPr>
          <w:b/>
        </w:rPr>
        <w:t>[DNI / RUN / PASAPORTE]</w:t>
      </w:r>
      <w:r>
        <w:t xml:space="preserve"> (o en mi condición de representante legal de </w:t>
      </w:r>
      <w:r>
        <w:rPr>
          <w:b/>
        </w:rPr>
        <w:t>[NOMBRE DEL PACIENTE SI ES MENOR O INCAPACITADO]</w:t>
      </w:r>
      <w:r>
        <w:t>), declaro que he sido informado(a) detalladamente y de manera comprensible sobre la intención de publicar la información médica relacionada con mi caso (o el de mi representado) en una revista científica de ciencias de la salud.</w:t>
      </w:r>
    </w:p>
    <w:p w14:paraId="1D669736" w14:textId="77777777" w:rsidR="00F17832" w:rsidRDefault="00000000" w:rsidP="0004747B">
      <w:pPr>
        <w:spacing w:after="0"/>
        <w:jc w:val="both"/>
      </w:pPr>
      <w:r>
        <w:rPr>
          <w:b/>
        </w:rPr>
        <w:t>1. Propósito de la Publicación</w:t>
      </w:r>
    </w:p>
    <w:p w14:paraId="03C3A87F" w14:textId="087058DA" w:rsidR="00F17832" w:rsidRDefault="00000000" w:rsidP="0004747B">
      <w:pPr>
        <w:spacing w:after="0"/>
        <w:jc w:val="both"/>
      </w:pPr>
      <w:r>
        <w:t xml:space="preserve">Se me ha explicado que el objetivo de esta publicación es estrictamente académico, de investigación y de docencia médica, con la finalidad de contribuir al conocimiento científico y mejorar la atención de futuros pacientes. El </w:t>
      </w:r>
      <w:proofErr w:type="spellStart"/>
      <w:r>
        <w:t>título</w:t>
      </w:r>
      <w:proofErr w:type="spellEnd"/>
      <w:r>
        <w:t xml:space="preserve"> del </w:t>
      </w:r>
      <w:proofErr w:type="spellStart"/>
      <w:r>
        <w:t>reporte</w:t>
      </w:r>
      <w:proofErr w:type="spellEnd"/>
      <w:r>
        <w:t xml:space="preserve"> de </w:t>
      </w:r>
      <w:proofErr w:type="spellStart"/>
      <w:r>
        <w:t>caso</w:t>
      </w:r>
      <w:proofErr w:type="spellEnd"/>
      <w:r>
        <w:t xml:space="preserve"> es: </w:t>
      </w:r>
      <w:r>
        <w:rPr>
          <w:b/>
        </w:rPr>
        <w:t>"[TÍTULO DEL REPORTE DE CASO]"</w:t>
      </w:r>
      <w:r>
        <w:t>.</w:t>
      </w:r>
    </w:p>
    <w:p w14:paraId="0423C1E5" w14:textId="77777777" w:rsidR="00F17832" w:rsidRDefault="00000000" w:rsidP="0004747B">
      <w:pPr>
        <w:spacing w:after="0"/>
        <w:jc w:val="both"/>
      </w:pPr>
      <w:r>
        <w:rPr>
          <w:b/>
        </w:rPr>
        <w:t>2. Confidencialidad y Anonimato</w:t>
      </w:r>
    </w:p>
    <w:p w14:paraId="6AD212AE" w14:textId="77777777" w:rsidR="00F17832" w:rsidRDefault="00000000" w:rsidP="0004747B">
      <w:pPr>
        <w:spacing w:after="0"/>
        <w:jc w:val="both"/>
      </w:pPr>
      <w:r>
        <w:t>Comprendo que se tomarán todas las medidas necesarias para proteger mi identidad y privacidad. Mi nombre, número de identificación, dirección o cualquier otro dato biográfico directo que permita mi identificación no serán incluidos en el texto, imágenes, radiografías ni en ningún otro material complementario de la publicación.</w:t>
      </w:r>
    </w:p>
    <w:p w14:paraId="182388A9" w14:textId="62337F87" w:rsidR="00F17832" w:rsidRDefault="00000000" w:rsidP="0004747B">
      <w:pPr>
        <w:spacing w:after="0"/>
        <w:jc w:val="both"/>
      </w:pPr>
      <w:r>
        <w:rPr>
          <w:b/>
        </w:rPr>
        <w:t xml:space="preserve">3. Naturaleza Pública </w:t>
      </w:r>
    </w:p>
    <w:p w14:paraId="263E8128" w14:textId="77777777" w:rsidR="00F17832" w:rsidRDefault="00000000" w:rsidP="0004747B">
      <w:pPr>
        <w:spacing w:after="0"/>
        <w:jc w:val="both"/>
      </w:pPr>
      <w:r>
        <w:t xml:space="preserve">Entiendo y acepto expresamente que una vez que el artículo sea aceptado y publicado por la revista científica, </w:t>
      </w:r>
      <w:r>
        <w:rPr>
          <w:b/>
        </w:rPr>
        <w:t>la información médica contenida se volverá pública y tendrá un carácter permanente e irretirable</w:t>
      </w:r>
      <w:r>
        <w:t xml:space="preserve">. Esto significa que, debido a la indexación en bases de datos internacionales, repositorios digitales y la distribución de la literatura médica, </w:t>
      </w:r>
      <w:r>
        <w:rPr>
          <w:b/>
        </w:rPr>
        <w:t>no será posible eliminar, retirar ni modificar el contenido publicado</w:t>
      </w:r>
      <w:r>
        <w:t xml:space="preserve"> con posterioridad a su difusión oficial.</w:t>
      </w:r>
    </w:p>
    <w:p w14:paraId="46ED9321" w14:textId="77777777" w:rsidR="00F17832" w:rsidRDefault="00000000" w:rsidP="0004747B">
      <w:pPr>
        <w:spacing w:after="0"/>
        <w:jc w:val="both"/>
      </w:pPr>
      <w:r>
        <w:rPr>
          <w:b/>
        </w:rPr>
        <w:t>4. Beneficios y Gratuidad</w:t>
      </w:r>
    </w:p>
    <w:p w14:paraId="23322A4A" w14:textId="77777777" w:rsidR="00F17832" w:rsidRDefault="00000000" w:rsidP="0004747B">
      <w:pPr>
        <w:spacing w:after="0"/>
        <w:jc w:val="both"/>
      </w:pPr>
      <w:r>
        <w:t>Reconozco que mi participación es completamente altruista y voluntaria. No recibiré ningún beneficio económico ni compensación financiera por dar este consentimiento, así como tampoco implicará ningún costo para mí o para mi familia.</w:t>
      </w:r>
    </w:p>
    <w:p w14:paraId="568D0F6E" w14:textId="77777777" w:rsidR="00F17832" w:rsidRDefault="00000000" w:rsidP="0004747B">
      <w:pPr>
        <w:spacing w:after="0"/>
        <w:jc w:val="both"/>
      </w:pPr>
      <w:r>
        <w:rPr>
          <w:b/>
        </w:rPr>
        <w:t>5. Voluntariedad</w:t>
      </w:r>
    </w:p>
    <w:p w14:paraId="7C95D1CA" w14:textId="77777777" w:rsidR="00F17832" w:rsidRDefault="00000000" w:rsidP="0004747B">
      <w:pPr>
        <w:spacing w:after="0"/>
        <w:jc w:val="both"/>
      </w:pPr>
      <w:r>
        <w:t>He tenido la oportunidad de hacer preguntas, resolver mis dudas y he recibido respuestas satisfactorias por parte del equipo médico e investigador. Tomo esta decisión de manera libre y voluntaria, sin presiones ni coacciones de ningún tipo.</w:t>
      </w:r>
    </w:p>
    <w:p w14:paraId="72BCA7AD" w14:textId="2B31B07D" w:rsidR="00F17832" w:rsidRDefault="00000000" w:rsidP="0004747B">
      <w:pPr>
        <w:spacing w:after="0"/>
        <w:jc w:val="both"/>
      </w:pPr>
      <w:r>
        <w:t xml:space="preserve">En </w:t>
      </w:r>
      <w:proofErr w:type="spellStart"/>
      <w:r>
        <w:t>conformidad</w:t>
      </w:r>
      <w:proofErr w:type="spellEnd"/>
      <w:r>
        <w:t xml:space="preserve"> con lo expuesto, firmo el presente documento en dos ejemplares del mismo tenor, en la ciudad de </w:t>
      </w:r>
      <w:r>
        <w:rPr>
          <w:b/>
        </w:rPr>
        <w:t>[CIUDAD]</w:t>
      </w:r>
      <w:r>
        <w:t xml:space="preserve">, a los </w:t>
      </w:r>
      <w:r>
        <w:rPr>
          <w:b/>
        </w:rPr>
        <w:t>[DÍA]</w:t>
      </w:r>
      <w:r>
        <w:t xml:space="preserve"> días del mes de </w:t>
      </w:r>
      <w:r>
        <w:rPr>
          <w:b/>
        </w:rPr>
        <w:t>[MES]</w:t>
      </w:r>
      <w:r>
        <w:t xml:space="preserve"> de 2026.</w:t>
      </w:r>
      <w:r>
        <w:br/>
      </w:r>
      <w:r>
        <w:br/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80"/>
        <w:gridCol w:w="4680"/>
      </w:tblGrid>
      <w:tr w:rsidR="00F17832" w14:paraId="7719D568" w14:textId="77777777">
        <w:tc>
          <w:tcPr>
            <w:tcW w:w="4680" w:type="dxa"/>
          </w:tcPr>
          <w:p w14:paraId="4A79811F" w14:textId="77777777" w:rsidR="00F17832" w:rsidRDefault="00000000">
            <w:pPr>
              <w:jc w:val="center"/>
            </w:pPr>
            <w:r>
              <w:t>_______________________________</w:t>
            </w:r>
            <w:r>
              <w:br/>
            </w:r>
            <w:proofErr w:type="spellStart"/>
            <w:r>
              <w:rPr>
                <w:b/>
              </w:rPr>
              <w:t>Firma</w:t>
            </w:r>
            <w:proofErr w:type="spellEnd"/>
            <w:r>
              <w:rPr>
                <w:b/>
              </w:rPr>
              <w:t xml:space="preserve"> del </w:t>
            </w:r>
            <w:proofErr w:type="spellStart"/>
            <w:r>
              <w:rPr>
                <w:b/>
              </w:rPr>
              <w:t>Paciente</w:t>
            </w:r>
            <w:proofErr w:type="spellEnd"/>
            <w:r>
              <w:rPr>
                <w:b/>
              </w:rPr>
              <w:t xml:space="preserve"> o Representante</w:t>
            </w:r>
            <w:r>
              <w:rPr>
                <w:b/>
              </w:rPr>
              <w:br/>
            </w:r>
            <w:r>
              <w:t>Nombre: [Nombre del Paciente]</w:t>
            </w:r>
            <w:r>
              <w:br/>
              <w:t>Documento de Identidad: [N°]</w:t>
            </w:r>
          </w:p>
        </w:tc>
        <w:tc>
          <w:tcPr>
            <w:tcW w:w="4680" w:type="dxa"/>
          </w:tcPr>
          <w:p w14:paraId="325B640B" w14:textId="77777777" w:rsidR="00F17832" w:rsidRDefault="00000000">
            <w:pPr>
              <w:jc w:val="center"/>
            </w:pPr>
            <w:r>
              <w:t>_______________________________</w:t>
            </w:r>
            <w:r>
              <w:br/>
            </w:r>
            <w:r>
              <w:rPr>
                <w:b/>
              </w:rPr>
              <w:t>Firma del Médico / Investigador</w:t>
            </w:r>
            <w:r>
              <w:rPr>
                <w:b/>
              </w:rPr>
              <w:br/>
            </w:r>
            <w:r>
              <w:t>Nombre: [Nombre del Médico]</w:t>
            </w:r>
            <w:r>
              <w:br/>
              <w:t>Reg. Profesional: [N°]</w:t>
            </w:r>
          </w:p>
        </w:tc>
      </w:tr>
      <w:tr w:rsidR="00F17832" w14:paraId="3DD502E9" w14:textId="77777777">
        <w:tc>
          <w:tcPr>
            <w:tcW w:w="4680" w:type="dxa"/>
          </w:tcPr>
          <w:p w14:paraId="351CE7B3" w14:textId="77777777" w:rsidR="00F17832" w:rsidRDefault="00F17832"/>
        </w:tc>
        <w:tc>
          <w:tcPr>
            <w:tcW w:w="4680" w:type="dxa"/>
          </w:tcPr>
          <w:p w14:paraId="30F18DAD" w14:textId="77777777" w:rsidR="00F17832" w:rsidRDefault="00F17832"/>
        </w:tc>
      </w:tr>
    </w:tbl>
    <w:p w14:paraId="0C257682" w14:textId="77777777" w:rsidR="0004747B" w:rsidRDefault="0004747B" w:rsidP="0004747B"/>
    <w:p w14:paraId="5CFA075C" w14:textId="2C4C74B1" w:rsidR="00F17832" w:rsidRDefault="00000000" w:rsidP="0004747B">
      <w:r>
        <w:lastRenderedPageBreak/>
        <w:t xml:space="preserve">Si </w:t>
      </w:r>
      <w:proofErr w:type="spellStart"/>
      <w:r>
        <w:t>aplica</w:t>
      </w:r>
      <w:proofErr w:type="spellEnd"/>
      <w:r>
        <w:t xml:space="preserve"> (</w:t>
      </w:r>
      <w:proofErr w:type="spellStart"/>
      <w:r>
        <w:t>Testigo</w:t>
      </w:r>
      <w:proofErr w:type="spellEnd"/>
      <w:r>
        <w:t xml:space="preserve"> </w:t>
      </w:r>
      <w:proofErr w:type="spellStart"/>
      <w:r>
        <w:t>en</w:t>
      </w:r>
      <w:proofErr w:type="spellEnd"/>
      <w:r>
        <w:t xml:space="preserve"> </w:t>
      </w:r>
      <w:proofErr w:type="spellStart"/>
      <w:r>
        <w:t>caso</w:t>
      </w:r>
      <w:proofErr w:type="spellEnd"/>
      <w:r>
        <w:t xml:space="preserve"> de que el paciente no pueda firmar):</w:t>
      </w:r>
      <w:r>
        <w:br/>
      </w:r>
      <w:r>
        <w:br/>
        <w:t>_______________________________</w:t>
      </w:r>
      <w:r>
        <w:br/>
      </w:r>
      <w:r>
        <w:rPr>
          <w:b/>
        </w:rPr>
        <w:t>Firma del Testigo</w:t>
      </w:r>
      <w:r>
        <w:rPr>
          <w:b/>
        </w:rPr>
        <w:br/>
      </w:r>
      <w:r>
        <w:t>Nombre:</w:t>
      </w:r>
      <w:r>
        <w:br/>
        <w:t>Documento de Identidad:</w:t>
      </w:r>
    </w:p>
    <w:sectPr w:rsidR="00F17832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20275501">
    <w:abstractNumId w:val="8"/>
  </w:num>
  <w:num w:numId="2" w16cid:durableId="1161195575">
    <w:abstractNumId w:val="6"/>
  </w:num>
  <w:num w:numId="3" w16cid:durableId="1622691057">
    <w:abstractNumId w:val="5"/>
  </w:num>
  <w:num w:numId="4" w16cid:durableId="1696419173">
    <w:abstractNumId w:val="4"/>
  </w:num>
  <w:num w:numId="5" w16cid:durableId="1888685281">
    <w:abstractNumId w:val="7"/>
  </w:num>
  <w:num w:numId="6" w16cid:durableId="897126048">
    <w:abstractNumId w:val="3"/>
  </w:num>
  <w:num w:numId="7" w16cid:durableId="620065092">
    <w:abstractNumId w:val="2"/>
  </w:num>
  <w:num w:numId="8" w16cid:durableId="1936473788">
    <w:abstractNumId w:val="1"/>
  </w:num>
  <w:num w:numId="9" w16cid:durableId="404409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747B"/>
    <w:rsid w:val="0006063C"/>
    <w:rsid w:val="0015074B"/>
    <w:rsid w:val="0029639D"/>
    <w:rsid w:val="00326F90"/>
    <w:rsid w:val="00AA1D8D"/>
    <w:rsid w:val="00B47730"/>
    <w:rsid w:val="00B827CF"/>
    <w:rsid w:val="00CB0664"/>
    <w:rsid w:val="00F1783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1F4BD3"/>
  <w14:defaultImageDpi w14:val="300"/>
  <w15:docId w15:val="{360DAB07-1F61-4015-9CBF-04EC67F8F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</w:rPr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uerte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424</Words>
  <Characters>2337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2756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Postgrado24 Medicina</cp:lastModifiedBy>
  <cp:revision>2</cp:revision>
  <dcterms:created xsi:type="dcterms:W3CDTF">2026-09-30T19:46:00Z</dcterms:created>
  <dcterms:modified xsi:type="dcterms:W3CDTF">2026-09-30T19:46:00Z</dcterms:modified>
  <cp:category/>
</cp:coreProperties>
</file>