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102A0" w14:textId="5C350440" w:rsidR="00177A76" w:rsidRDefault="00000000">
      <w:pPr>
        <w:jc w:val="center"/>
      </w:pPr>
      <w:r>
        <w:rPr>
          <w:b/>
          <w:sz w:val="28"/>
        </w:rPr>
        <w:t xml:space="preserve">DECLARACIÓN JURADA DE CONSENTIMIENTO INFORMADO </w:t>
      </w:r>
      <w:r w:rsidR="001C0987">
        <w:rPr>
          <w:b/>
          <w:sz w:val="28"/>
        </w:rPr>
        <w:t>PARA REPORTE DE CASO</w:t>
      </w:r>
    </w:p>
    <w:p w14:paraId="095E7FA6" w14:textId="77777777" w:rsidR="00177A76" w:rsidRDefault="00177A76"/>
    <w:p w14:paraId="078029CD" w14:textId="77777777" w:rsidR="001C0987" w:rsidRDefault="00000000">
      <w:pPr>
        <w:jc w:val="both"/>
      </w:pPr>
      <w:r>
        <w:t xml:space="preserve">Yo, </w:t>
      </w:r>
      <w:r>
        <w:rPr>
          <w:b/>
        </w:rPr>
        <w:t>[Nombre Completo del Investigador/Médico Principal]</w:t>
      </w:r>
      <w:r>
        <w:t xml:space="preserve">, identificado con [Tipo de Documento de Identidad] N° </w:t>
      </w:r>
      <w:r>
        <w:rPr>
          <w:b/>
        </w:rPr>
        <w:t>[Número de Documento]</w:t>
      </w:r>
      <w:r>
        <w:t>, en mi calidad de autor principal y responsable del reporte de caso titulado "</w:t>
      </w:r>
      <w:r>
        <w:rPr>
          <w:b/>
        </w:rPr>
        <w:t>[Título del Reporte de Caso Clínico]</w:t>
      </w:r>
      <w:r>
        <w:t xml:space="preserve">", declaro bajo </w:t>
      </w:r>
      <w:proofErr w:type="spellStart"/>
      <w:r>
        <w:t>juramento</w:t>
      </w:r>
      <w:proofErr w:type="spellEnd"/>
      <w:r>
        <w:t xml:space="preserve"> lo </w:t>
      </w:r>
      <w:proofErr w:type="spellStart"/>
      <w:r>
        <w:t>siguiente</w:t>
      </w:r>
      <w:proofErr w:type="spellEnd"/>
      <w:r>
        <w:t>:</w:t>
      </w:r>
    </w:p>
    <w:p w14:paraId="69D77C80" w14:textId="5AD04B1A" w:rsidR="00177A76" w:rsidRDefault="00000000">
      <w:pPr>
        <w:jc w:val="both"/>
      </w:pPr>
      <w:r>
        <w:br/>
      </w:r>
      <w:r>
        <w:rPr>
          <w:b/>
        </w:rPr>
        <w:t xml:space="preserve">1. CONSENTIMIENTO INFORMADO: </w:t>
      </w:r>
      <w:r>
        <w:t>Que cuento con el Consentimiento Informado expreso, libre y firmado por parte del paciente (o de su representante legal, según corresponda), mediante el cual autoriza la utilización de sus datos clínicos, antecedentes, exámenes auxiliares e imágenes médicas exclusivamente para fines de publicación científica y difusión académica.</w:t>
      </w:r>
    </w:p>
    <w:p w14:paraId="0AD030F7" w14:textId="77777777" w:rsidR="00177A76" w:rsidRDefault="00000000">
      <w:pPr>
        <w:jc w:val="both"/>
      </w:pPr>
      <w:r>
        <w:rPr>
          <w:b/>
        </w:rPr>
        <w:t xml:space="preserve">2. RESPALDO Y AVAL INSTITUCIONAL: </w:t>
      </w:r>
      <w:r>
        <w:t xml:space="preserve">Que el presente reporte de caso cuenta con el aval formal de la institución médica donde se realizaron las atenciones, la cual está registrada bajo el nombre de </w:t>
      </w:r>
      <w:r>
        <w:rPr>
          <w:b/>
        </w:rPr>
        <w:t>[Nombre de la Institución/Hospital/Clínica]</w:t>
      </w:r>
      <w:r>
        <w:t>, habiéndose cumplido con los protocolos institucionales y las normativas éticas internas exigidas para la presentación de casos clínicos.</w:t>
      </w:r>
    </w:p>
    <w:p w14:paraId="6FF32DDF" w14:textId="78F0E2EA" w:rsidR="00177A76" w:rsidRDefault="00000000">
      <w:pPr>
        <w:jc w:val="both"/>
      </w:pPr>
      <w:r>
        <w:rPr>
          <w:b/>
        </w:rPr>
        <w:t xml:space="preserve">3. CARÁCTER PÚBLICO: </w:t>
      </w:r>
      <w:proofErr w:type="spellStart"/>
      <w:r>
        <w:t>Que</w:t>
      </w:r>
      <w:proofErr w:type="spellEnd"/>
      <w:r>
        <w:t xml:space="preserve"> </w:t>
      </w:r>
      <w:proofErr w:type="spellStart"/>
      <w:r>
        <w:t>declaro</w:t>
      </w:r>
      <w:proofErr w:type="spellEnd"/>
      <w:r>
        <w:t xml:space="preserve"> </w:t>
      </w:r>
      <w:proofErr w:type="spellStart"/>
      <w:r>
        <w:t>tener</w:t>
      </w:r>
      <w:proofErr w:type="spellEnd"/>
      <w:r>
        <w:t xml:space="preserve"> pleno conocimiento de que, una vez que el manuscrito sea aceptado y publicado en la revista científica correspondiente, la información contenida pasará a ser de </w:t>
      </w:r>
      <w:r>
        <w:rPr>
          <w:b/>
        </w:rPr>
        <w:t>dominio público</w:t>
      </w:r>
      <w:r>
        <w:t xml:space="preserve">. Asimismo, reconozco y acepto de manera expresa que dicha publicación tendrá un carácter </w:t>
      </w:r>
      <w:r>
        <w:rPr>
          <w:b/>
        </w:rPr>
        <w:t>irretirable e irreversible</w:t>
      </w:r>
      <w:r>
        <w:t>, imposibilitando la remoción, eliminación o retracción del contenido por voluntad posterior de los autores, de la institución o del propio paciente, garantizando así la integridad del registro científico.</w:t>
      </w:r>
    </w:p>
    <w:p w14:paraId="5F33C26A" w14:textId="77777777" w:rsidR="00177A76" w:rsidRDefault="00000000">
      <w:pPr>
        <w:jc w:val="both"/>
      </w:pPr>
      <w:r>
        <w:rPr>
          <w:b/>
        </w:rPr>
        <w:t xml:space="preserve">4. CONFIDENCIALIDAD Y ANONIMATO: </w:t>
      </w:r>
      <w:r>
        <w:t>Que, sin perjuicio de su carácter público, se han tomado todas las medidas necesarias para asegurar que la identidad del paciente permanezca en estricto anonimato, omitiendo nombres, iniciales, números de historia clínica o cualquier otro dato sensible que permita su identificación directa o indirecta.</w:t>
      </w:r>
    </w:p>
    <w:p w14:paraId="15D07169" w14:textId="6C2E770A" w:rsidR="00177A76" w:rsidRDefault="00000000" w:rsidP="001C0987">
      <w:pPr>
        <w:jc w:val="both"/>
      </w:pPr>
      <w:r>
        <w:t xml:space="preserve">Para </w:t>
      </w:r>
      <w:proofErr w:type="spellStart"/>
      <w:r>
        <w:t>que</w:t>
      </w:r>
      <w:proofErr w:type="spellEnd"/>
      <w:r>
        <w:t xml:space="preserve"> </w:t>
      </w:r>
      <w:proofErr w:type="spellStart"/>
      <w:r>
        <w:t>así</w:t>
      </w:r>
      <w:proofErr w:type="spellEnd"/>
      <w:r>
        <w:t xml:space="preserve"> </w:t>
      </w:r>
      <w:proofErr w:type="spellStart"/>
      <w:r>
        <w:t>conste</w:t>
      </w:r>
      <w:proofErr w:type="spellEnd"/>
      <w:r>
        <w:t xml:space="preserve"> y en cumplimiento de los requisitos editoriales y éticos vigentes, firmo la presente declaración en la ciudad de [Ciudad], a los [Día] días del mes de [Mes] de [Año].</w:t>
      </w:r>
    </w:p>
    <w:p w14:paraId="0CCB2753" w14:textId="77777777" w:rsidR="001C0987" w:rsidRDefault="001C0987" w:rsidP="001C0987">
      <w:pPr>
        <w:jc w:val="both"/>
      </w:pPr>
    </w:p>
    <w:p w14:paraId="789B8AB4" w14:textId="77777777" w:rsidR="00177A76" w:rsidRDefault="00000000">
      <w:pPr>
        <w:jc w:val="center"/>
      </w:pPr>
      <w:r>
        <w:t>___________________________________________</w:t>
      </w:r>
      <w:r>
        <w:br/>
      </w:r>
      <w:r>
        <w:rPr>
          <w:b/>
        </w:rPr>
        <w:t>[Firma del Investigador Principal]</w:t>
      </w:r>
      <w:r>
        <w:rPr>
          <w:b/>
        </w:rPr>
        <w:br/>
      </w:r>
      <w:r>
        <w:t>[Nombre y Apellidos]</w:t>
      </w:r>
      <w:r>
        <w:br/>
        <w:t>[Documento de Identidad]</w:t>
      </w:r>
      <w:r>
        <w:br/>
        <w:t>[Número de Colegiatura/Registro Profesional]</w:t>
      </w:r>
    </w:p>
    <w:sectPr w:rsidR="00177A7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559978507">
    <w:abstractNumId w:val="8"/>
  </w:num>
  <w:num w:numId="2" w16cid:durableId="131868967">
    <w:abstractNumId w:val="6"/>
  </w:num>
  <w:num w:numId="3" w16cid:durableId="1438259861">
    <w:abstractNumId w:val="5"/>
  </w:num>
  <w:num w:numId="4" w16cid:durableId="1595358014">
    <w:abstractNumId w:val="4"/>
  </w:num>
  <w:num w:numId="5" w16cid:durableId="1174298766">
    <w:abstractNumId w:val="7"/>
  </w:num>
  <w:num w:numId="6" w16cid:durableId="1732343255">
    <w:abstractNumId w:val="3"/>
  </w:num>
  <w:num w:numId="7" w16cid:durableId="906378508">
    <w:abstractNumId w:val="2"/>
  </w:num>
  <w:num w:numId="8" w16cid:durableId="1925911690">
    <w:abstractNumId w:val="1"/>
  </w:num>
  <w:num w:numId="9" w16cid:durableId="1353730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A76"/>
    <w:rsid w:val="001C0987"/>
    <w:rsid w:val="0029639D"/>
    <w:rsid w:val="00326F90"/>
    <w:rsid w:val="00AA1D8D"/>
    <w:rsid w:val="00B47730"/>
    <w:rsid w:val="00B827C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B94BE"/>
  <w14:defaultImageDpi w14:val="300"/>
  <w15:docId w15:val="{360DAB07-1F61-4015-9CBF-04EC67F8F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Postgrado24 Medicina</cp:lastModifiedBy>
  <cp:revision>2</cp:revision>
  <dcterms:created xsi:type="dcterms:W3CDTF">2026-09-30T19:41:00Z</dcterms:created>
  <dcterms:modified xsi:type="dcterms:W3CDTF">2026-09-30T19:41:00Z</dcterms:modified>
  <cp:category/>
</cp:coreProperties>
</file>