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6FB7C" w14:textId="77777777" w:rsidR="00E62E2C" w:rsidRDefault="00000000" w:rsidP="00E62E2C">
      <w:pPr>
        <w:spacing w:after="80"/>
        <w:jc w:val="center"/>
        <w:rPr>
          <w:b/>
          <w:color w:val="006600"/>
          <w:sz w:val="28"/>
        </w:rPr>
      </w:pPr>
      <w:r w:rsidRPr="00E62E2C">
        <w:rPr>
          <w:b/>
          <w:color w:val="006600"/>
          <w:sz w:val="28"/>
        </w:rPr>
        <w:t>REVISTA CIENTÍFICA "MEMORIA DEL POSGRADO"</w:t>
      </w:r>
      <w:r w:rsidRPr="00E62E2C">
        <w:rPr>
          <w:b/>
          <w:color w:val="006600"/>
          <w:sz w:val="28"/>
        </w:rPr>
        <w:br/>
      </w:r>
      <w:r w:rsidRPr="00E62E2C">
        <w:rPr>
          <w:color w:val="666666"/>
          <w:sz w:val="20"/>
        </w:rPr>
        <w:t>Facultad de Medicina, Enfermería, Nutrición y Tecnología Médica</w:t>
      </w:r>
      <w:r w:rsidRPr="00E62E2C">
        <w:rPr>
          <w:color w:val="666666"/>
          <w:sz w:val="20"/>
        </w:rPr>
        <w:br/>
        <w:t>Unidad de Posgrado – Universidad Mayor de San Andrés (UMSA)</w:t>
      </w:r>
      <w:r w:rsidRPr="00E62E2C">
        <w:rPr>
          <w:color w:val="666666"/>
          <w:sz w:val="20"/>
        </w:rPr>
        <w:br/>
      </w:r>
    </w:p>
    <w:p w14:paraId="0559218F" w14:textId="09D90BD1" w:rsidR="00D20EE8" w:rsidRPr="00E62E2C" w:rsidRDefault="00000000" w:rsidP="00E62E2C">
      <w:pPr>
        <w:spacing w:after="80"/>
        <w:jc w:val="center"/>
      </w:pPr>
      <w:r w:rsidRPr="00E62E2C">
        <w:rPr>
          <w:b/>
          <w:color w:val="006600"/>
          <w:sz w:val="28"/>
        </w:rPr>
        <w:t xml:space="preserve">DECLARACIÓN DE AUTORÍA SEGÚN ICMJE </w:t>
      </w:r>
    </w:p>
    <w:p w14:paraId="4654D3C2" w14:textId="77777777" w:rsidR="00E62E2C" w:rsidRDefault="00000000">
      <w:r w:rsidRPr="00E62E2C">
        <w:t xml:space="preserve">De acuerdo con las recomendaciones del Comité Internacional de Editores de Revistas Médicas (ICMJE), todos los autores abajo firmantes declaran haber contribuido sustancialmente al manuscrito aceptado para su publicación. </w:t>
      </w:r>
    </w:p>
    <w:p w14:paraId="47691F53" w14:textId="2F0AA47B" w:rsidR="00D20EE8" w:rsidRPr="00E62E2C" w:rsidRDefault="00000000">
      <w:r w:rsidRPr="00E62E2C">
        <w:t>Se certifica el cumplimiento estricto de los cuatro criterios obligatorios:</w:t>
      </w:r>
    </w:p>
    <w:p w14:paraId="26E38BB8" w14:textId="77777777" w:rsidR="00D20EE8" w:rsidRPr="00E62E2C" w:rsidRDefault="00000000">
      <w:pPr>
        <w:spacing w:after="80"/>
        <w:ind w:left="576"/>
      </w:pPr>
      <w:r w:rsidRPr="00E62E2C">
        <w:rPr>
          <w:b/>
        </w:rPr>
        <w:t xml:space="preserve">1. </w:t>
      </w:r>
      <w:r w:rsidRPr="00E62E2C">
        <w:t>Concepción y diseño del estudio, o la adquisición, análisis e interpretación de los datos.</w:t>
      </w:r>
    </w:p>
    <w:p w14:paraId="0273E026" w14:textId="77777777" w:rsidR="00D20EE8" w:rsidRPr="00E62E2C" w:rsidRDefault="00000000">
      <w:pPr>
        <w:spacing w:after="80"/>
        <w:ind w:left="576"/>
      </w:pPr>
      <w:r w:rsidRPr="00E62E2C">
        <w:rPr>
          <w:b/>
        </w:rPr>
        <w:t xml:space="preserve">2. </w:t>
      </w:r>
      <w:r w:rsidRPr="00E62E2C">
        <w:t>Redacción del artículo o su revisión crítica orientada a aportar contenido intelectual de alto valor científico.</w:t>
      </w:r>
    </w:p>
    <w:p w14:paraId="326ABE2A" w14:textId="77777777" w:rsidR="00D20EE8" w:rsidRPr="00E62E2C" w:rsidRDefault="00000000">
      <w:pPr>
        <w:spacing w:after="80"/>
        <w:ind w:left="576"/>
      </w:pPr>
      <w:r w:rsidRPr="00E62E2C">
        <w:rPr>
          <w:b/>
        </w:rPr>
        <w:t xml:space="preserve">3. </w:t>
      </w:r>
      <w:r w:rsidRPr="00E62E2C">
        <w:t>Aprobación definitiva de la versión final que será enviada a prensa y plataformas de indexación.</w:t>
      </w:r>
    </w:p>
    <w:p w14:paraId="440E191E" w14:textId="77777777" w:rsidR="00D20EE8" w:rsidRPr="00E62E2C" w:rsidRDefault="00000000">
      <w:pPr>
        <w:spacing w:after="80"/>
        <w:ind w:left="576"/>
      </w:pPr>
      <w:r w:rsidRPr="00E62E2C">
        <w:rPr>
          <w:b/>
        </w:rPr>
        <w:t xml:space="preserve">4. </w:t>
      </w:r>
      <w:r w:rsidRPr="00E62E2C">
        <w:t>Acuerdo de responsabilidad mutua para garantizar que cualquier aspecto del trabajo sea investigado y resuelto con total integridad y precisión.</w:t>
      </w:r>
    </w:p>
    <w:p w14:paraId="02C633E7" w14:textId="77777777" w:rsidR="00E62E2C" w:rsidRPr="00E62E2C" w:rsidRDefault="00E62E2C" w:rsidP="00E62E2C">
      <w:pPr>
        <w:keepNext/>
        <w:spacing w:before="280" w:after="80"/>
        <w:rPr>
          <w:b/>
          <w:color w:val="006600"/>
          <w:sz w:val="28"/>
        </w:rPr>
      </w:pPr>
      <w:r w:rsidRPr="00E62E2C">
        <w:rPr>
          <w:b/>
          <w:color w:val="006600"/>
          <w:sz w:val="28"/>
        </w:rPr>
        <w:t>Declaración de No Endogamia Editorial</w:t>
      </w:r>
    </w:p>
    <w:p w14:paraId="08C1D088" w14:textId="77777777" w:rsidR="00E62E2C" w:rsidRPr="00E62E2C" w:rsidRDefault="00E62E2C" w:rsidP="00E62E2C">
      <w:pPr>
        <w:pStyle w:val="Listaconvietas"/>
        <w:numPr>
          <w:ilvl w:val="0"/>
          <w:numId w:val="0"/>
        </w:numPr>
        <w:spacing w:after="80"/>
        <w:ind w:left="360" w:hanging="360"/>
      </w:pPr>
      <w:r w:rsidRPr="00E62E2C">
        <w:t>Se declara que autores principales o coautores no tienen una filiación directa con el equipo de edición, la dirección de la revista o el comité científico de la Unidad de Posgrado de la UMSA.</w:t>
      </w:r>
    </w:p>
    <w:p w14:paraId="6BE665CB" w14:textId="77777777" w:rsidR="00D20EE8" w:rsidRPr="00E62E2C" w:rsidRDefault="00D20EE8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D20EE8" w:rsidRPr="00E62E2C" w14:paraId="151DE115" w14:textId="77777777">
        <w:tc>
          <w:tcPr>
            <w:tcW w:w="2340" w:type="dxa"/>
            <w:shd w:val="clear" w:color="auto" w:fill="003366"/>
          </w:tcPr>
          <w:p w14:paraId="00DC0B0B" w14:textId="77777777" w:rsidR="00D20EE8" w:rsidRPr="00E62E2C" w:rsidRDefault="00000000">
            <w:pPr>
              <w:jc w:val="center"/>
            </w:pPr>
            <w:r w:rsidRPr="00E62E2C">
              <w:rPr>
                <w:b/>
                <w:color w:val="FFFFFF"/>
                <w:sz w:val="20"/>
              </w:rPr>
              <w:t>Nombre Completo del Autor</w:t>
            </w:r>
          </w:p>
        </w:tc>
        <w:tc>
          <w:tcPr>
            <w:tcW w:w="2340" w:type="dxa"/>
            <w:shd w:val="clear" w:color="auto" w:fill="003366"/>
          </w:tcPr>
          <w:p w14:paraId="14A066DC" w14:textId="77777777" w:rsidR="00D20EE8" w:rsidRPr="00E62E2C" w:rsidRDefault="00000000">
            <w:pPr>
              <w:jc w:val="center"/>
            </w:pPr>
            <w:r w:rsidRPr="00E62E2C">
              <w:rPr>
                <w:b/>
                <w:color w:val="FFFFFF"/>
                <w:sz w:val="20"/>
              </w:rPr>
              <w:t>Documento de Identidad / Pasaporte</w:t>
            </w:r>
          </w:p>
        </w:tc>
        <w:tc>
          <w:tcPr>
            <w:tcW w:w="2340" w:type="dxa"/>
            <w:shd w:val="clear" w:color="auto" w:fill="003366"/>
          </w:tcPr>
          <w:p w14:paraId="6896D2CC" w14:textId="77777777" w:rsidR="00D20EE8" w:rsidRPr="00E62E2C" w:rsidRDefault="00000000">
            <w:pPr>
              <w:jc w:val="center"/>
            </w:pPr>
            <w:r w:rsidRPr="00E62E2C">
              <w:rPr>
                <w:b/>
                <w:color w:val="FFFFFF"/>
                <w:sz w:val="20"/>
              </w:rPr>
              <w:t>Código ORCID (Obligatorio)</w:t>
            </w:r>
          </w:p>
        </w:tc>
        <w:tc>
          <w:tcPr>
            <w:tcW w:w="2340" w:type="dxa"/>
            <w:shd w:val="clear" w:color="auto" w:fill="003366"/>
          </w:tcPr>
          <w:p w14:paraId="7D21CF62" w14:textId="77777777" w:rsidR="00D20EE8" w:rsidRPr="00E62E2C" w:rsidRDefault="00000000">
            <w:pPr>
              <w:jc w:val="center"/>
            </w:pPr>
            <w:r w:rsidRPr="00E62E2C">
              <w:rPr>
                <w:b/>
                <w:color w:val="FFFFFF"/>
                <w:sz w:val="20"/>
              </w:rPr>
              <w:t>Firma Digital / Manuscrita</w:t>
            </w:r>
          </w:p>
        </w:tc>
      </w:tr>
      <w:tr w:rsidR="00D20EE8" w:rsidRPr="00E62E2C" w14:paraId="516A32DE" w14:textId="77777777">
        <w:trPr>
          <w:trHeight w:val="600"/>
        </w:trPr>
        <w:tc>
          <w:tcPr>
            <w:tcW w:w="2340" w:type="dxa"/>
          </w:tcPr>
          <w:p w14:paraId="3650AD7C" w14:textId="77777777" w:rsidR="00D20EE8" w:rsidRPr="00E62E2C" w:rsidRDefault="00D20EE8">
            <w:pPr>
              <w:spacing w:after="0"/>
            </w:pPr>
          </w:p>
        </w:tc>
        <w:tc>
          <w:tcPr>
            <w:tcW w:w="2340" w:type="dxa"/>
          </w:tcPr>
          <w:p w14:paraId="501C3321" w14:textId="77777777" w:rsidR="00D20EE8" w:rsidRPr="00E62E2C" w:rsidRDefault="00D20EE8">
            <w:pPr>
              <w:spacing w:after="0"/>
            </w:pPr>
          </w:p>
        </w:tc>
        <w:tc>
          <w:tcPr>
            <w:tcW w:w="2340" w:type="dxa"/>
          </w:tcPr>
          <w:p w14:paraId="64E264F5" w14:textId="77777777" w:rsidR="00D20EE8" w:rsidRPr="00E62E2C" w:rsidRDefault="00D20EE8">
            <w:pPr>
              <w:spacing w:after="0"/>
            </w:pPr>
          </w:p>
        </w:tc>
        <w:tc>
          <w:tcPr>
            <w:tcW w:w="2340" w:type="dxa"/>
          </w:tcPr>
          <w:p w14:paraId="5C480164" w14:textId="77777777" w:rsidR="00D20EE8" w:rsidRPr="00E62E2C" w:rsidRDefault="00D20EE8">
            <w:pPr>
              <w:spacing w:after="0"/>
            </w:pPr>
          </w:p>
        </w:tc>
      </w:tr>
      <w:tr w:rsidR="00D20EE8" w:rsidRPr="00E62E2C" w14:paraId="392B25F3" w14:textId="77777777">
        <w:trPr>
          <w:trHeight w:val="600"/>
        </w:trPr>
        <w:tc>
          <w:tcPr>
            <w:tcW w:w="2340" w:type="dxa"/>
          </w:tcPr>
          <w:p w14:paraId="722E4ACF" w14:textId="77777777" w:rsidR="00D20EE8" w:rsidRPr="00E62E2C" w:rsidRDefault="00D20EE8">
            <w:pPr>
              <w:spacing w:after="0"/>
            </w:pPr>
          </w:p>
        </w:tc>
        <w:tc>
          <w:tcPr>
            <w:tcW w:w="2340" w:type="dxa"/>
          </w:tcPr>
          <w:p w14:paraId="74F8D112" w14:textId="77777777" w:rsidR="00D20EE8" w:rsidRPr="00E62E2C" w:rsidRDefault="00D20EE8">
            <w:pPr>
              <w:spacing w:after="0"/>
            </w:pPr>
          </w:p>
        </w:tc>
        <w:tc>
          <w:tcPr>
            <w:tcW w:w="2340" w:type="dxa"/>
          </w:tcPr>
          <w:p w14:paraId="087992B5" w14:textId="77777777" w:rsidR="00D20EE8" w:rsidRPr="00E62E2C" w:rsidRDefault="00D20EE8">
            <w:pPr>
              <w:spacing w:after="0"/>
            </w:pPr>
          </w:p>
        </w:tc>
        <w:tc>
          <w:tcPr>
            <w:tcW w:w="2340" w:type="dxa"/>
          </w:tcPr>
          <w:p w14:paraId="3AFDE446" w14:textId="77777777" w:rsidR="00D20EE8" w:rsidRPr="00E62E2C" w:rsidRDefault="00D20EE8">
            <w:pPr>
              <w:spacing w:after="0"/>
            </w:pPr>
          </w:p>
        </w:tc>
      </w:tr>
      <w:tr w:rsidR="00D20EE8" w:rsidRPr="00E62E2C" w14:paraId="57A32186" w14:textId="77777777">
        <w:trPr>
          <w:trHeight w:val="600"/>
        </w:trPr>
        <w:tc>
          <w:tcPr>
            <w:tcW w:w="2340" w:type="dxa"/>
          </w:tcPr>
          <w:p w14:paraId="475BB0EC" w14:textId="77777777" w:rsidR="00D20EE8" w:rsidRPr="00E62E2C" w:rsidRDefault="00D20EE8">
            <w:pPr>
              <w:spacing w:after="0"/>
            </w:pPr>
          </w:p>
        </w:tc>
        <w:tc>
          <w:tcPr>
            <w:tcW w:w="2340" w:type="dxa"/>
          </w:tcPr>
          <w:p w14:paraId="239F18D1" w14:textId="77777777" w:rsidR="00D20EE8" w:rsidRPr="00E62E2C" w:rsidRDefault="00D20EE8">
            <w:pPr>
              <w:spacing w:after="0"/>
            </w:pPr>
          </w:p>
        </w:tc>
        <w:tc>
          <w:tcPr>
            <w:tcW w:w="2340" w:type="dxa"/>
          </w:tcPr>
          <w:p w14:paraId="2987BD8E" w14:textId="77777777" w:rsidR="00D20EE8" w:rsidRPr="00E62E2C" w:rsidRDefault="00D20EE8">
            <w:pPr>
              <w:spacing w:after="0"/>
            </w:pPr>
          </w:p>
        </w:tc>
        <w:tc>
          <w:tcPr>
            <w:tcW w:w="2340" w:type="dxa"/>
          </w:tcPr>
          <w:p w14:paraId="577FA9D4" w14:textId="77777777" w:rsidR="00D20EE8" w:rsidRPr="00E62E2C" w:rsidRDefault="00D20EE8">
            <w:pPr>
              <w:spacing w:after="0"/>
            </w:pPr>
          </w:p>
        </w:tc>
      </w:tr>
    </w:tbl>
    <w:p w14:paraId="7C8DA55A" w14:textId="77777777" w:rsidR="00E62E2C" w:rsidRDefault="00E62E2C" w:rsidP="00E62E2C">
      <w:pPr>
        <w:pStyle w:val="Listaconvietas"/>
        <w:numPr>
          <w:ilvl w:val="0"/>
          <w:numId w:val="0"/>
        </w:numPr>
        <w:spacing w:after="80"/>
        <w:ind w:left="360"/>
      </w:pPr>
    </w:p>
    <w:sectPr w:rsidR="00E62E2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888386">
    <w:abstractNumId w:val="8"/>
  </w:num>
  <w:num w:numId="2" w16cid:durableId="556017678">
    <w:abstractNumId w:val="6"/>
  </w:num>
  <w:num w:numId="3" w16cid:durableId="586697219">
    <w:abstractNumId w:val="5"/>
  </w:num>
  <w:num w:numId="4" w16cid:durableId="1754472515">
    <w:abstractNumId w:val="4"/>
  </w:num>
  <w:num w:numId="5" w16cid:durableId="1676301093">
    <w:abstractNumId w:val="7"/>
  </w:num>
  <w:num w:numId="6" w16cid:durableId="1030375366">
    <w:abstractNumId w:val="3"/>
  </w:num>
  <w:num w:numId="7" w16cid:durableId="1732148892">
    <w:abstractNumId w:val="2"/>
  </w:num>
  <w:num w:numId="8" w16cid:durableId="185825781">
    <w:abstractNumId w:val="1"/>
  </w:num>
  <w:num w:numId="9" w16cid:durableId="554312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A24EA"/>
    <w:rsid w:val="00AA1D8D"/>
    <w:rsid w:val="00B47730"/>
    <w:rsid w:val="00CB0664"/>
    <w:rsid w:val="00D20EE8"/>
    <w:rsid w:val="00E62E2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99572F"/>
  <w14:defaultImageDpi w14:val="300"/>
  <w15:docId w15:val="{9768F41B-18F3-4BA6-BE3D-3169D11BA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333333"/>
      <w:lang w:val="es-BO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Postgrado24 Medicina</cp:lastModifiedBy>
  <cp:revision>2</cp:revision>
  <dcterms:created xsi:type="dcterms:W3CDTF">2013-12-23T23:15:00Z</dcterms:created>
  <dcterms:modified xsi:type="dcterms:W3CDTF">2026-09-30T20:29:00Z</dcterms:modified>
  <cp:category/>
</cp:coreProperties>
</file>